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קנייה לשבוע – 500 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 בקניות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תקציב פשוטים (חיבור וחיסור)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לקבל החלטות צרכניות נבונות במסגרת תקציב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 הוא חובה ורצון הוא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430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70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לקנות את כל הצרכים, לא לעבור 500 ולהשאיר 30 לחיסכון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מוצרי ניקיון מסומנים כצורך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38+85+110+120+45+32=430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הרצונות יחד עולים יותר מ-40 ₪ שנשארו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בהנחיות המשימה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3. 70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פריט לקטגוריה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(צורך)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כמה כסף יש בסך הכל לקניה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ולסמן את כל הצרכים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לחשב כמה עלו כל הצרכים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כמה כסף נשאר אחרי הצרכים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להשאיר לפחות 30 ₪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להחליט אילו רצונות אפשר להוסיף עם הכסף שנשאר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פריט רצון במחיר עד 40 ₪ (למשל ממתקים, שתיה מתוקה, חטיפים או פרחים) ויסביר מדוע זו בחירה מתאימה בתוך 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לוודא שיש מספיק כסף לדברים החיוניים ולא להישאר בלי אוכל או מוצרים בסיסיים; כדי לנהל תקציב בצורה אחראית ולהשאיר כסף לחיסכון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שצורך הוא הכרחי ורצון הוא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מהרשימה (למשל חלב=צורך, עוגה=רצון)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מה היה קורה אם היינו קונים קודם רצונות ולא צרכים?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החישובים על הלוח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ה-skip_n ולהתמקד בהבנת המושגים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קנייה לשבוע – 500 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לכם 500 שקלים לקניות למשפחה. קודם קונים דברים חשובים (צרכים), ואחר כך אם נשאר כסף אפשר לקנות דברים שרוצים (רצונות). צריך להשאיר 30 שקלים לחיסכון.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לקנות כדי לחיות בנוחות, כמו אוכל וניקיון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שנעים לקנות אבל אפשר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הכסף שיש לנו להוציא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ששומרים ולא מוציאים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שמשלמים על קניה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יתרה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נשאר אחרי הוצאות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צרכנות נבונה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לקנות בחוכמה ולפי סדר עדיפויות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דבר שחייבים לקנות לדבר שרוצים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 זול יותר מרצון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 הוא חובה ורצון הוא 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תמיד יותר חשוב מצורך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כסף עולים כל הדברים החשובים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500 פחות 430 שווה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אחרי שמשאירים 30 שקל לחיסכון, כמה נשאר לרצונות?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הקניה לפי המשימה?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הכי הרבה רצונות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לקנות את כל הצרכים, לא לעבור 500 ולהשאיר 30 לחיסכון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להוציא בדיוק 500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רק דברים זולים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מוצרי ניקיון מוגדרים ברשימה כרצון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כל הצרכים ברשימה הוא 430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לקנות את כל חמשת הרצונות ולהישאר בתקציב עם חיסכון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חייבים לבחור קודם את כל הצרכים ורק אז לבדוק רצונות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לחם ומאפים (38 ₪) + חלב וגבינות (85 ₪) =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ירקות ופירות (110 ₪) + עוף ודגים (120 ₪) =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500 ₪ פחות 430 ₪ (סכום הצרכים) =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70 ₪ שנשארו פחות 30 ₪ לחיסכון = __________ ₪ לרצונות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פריט לקטגוריה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 ומאפים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ממתקים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עוף ודגים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פרחים לשולחן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נייר טואלט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הקניה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אילו רצונות אפשר להוסיף עם הכסף שנשאר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לחשב כמה עלו כל הצרכים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ולסמן את כל הצרכים ברשימה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להשאיר לפחות 30 ₪ לחיסכון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כמה כסף יש בסך הכל לקניה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כמה כסף נשאר אחרי הצרכים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רצון אחד שהייתם מוסיפים לקניה עם ה-40 ₪ שנשארו, ונמקו את הבחירה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לקנות קודם צרכים ורק אחר כך לחשוב על רצונות? כתבו שתי סיבות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כסף אפשר להוציא על רצונות ועדיין להשאיר 30 ₪ לחיסכון?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לצורך ואחת לרצון מהרשימה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קנייה לשבוע – 500 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