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🛒 יוצאים לקניות – צרכנות נבונה בכל הרמות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קנייה לשבוע – 500 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להבדיל בין צורך לרצון בקניות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חישובי תקציב פשוטים (חיבור וחיסור)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לקבל החלטות צרכניות נבונות במסגרת תקציב קבוע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צורך הוא חובה ורצון הוא בחירה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430 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70 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40 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לקנות את כל הצרכים, לא לעבור 500 ולהשאיר 30 לחיסכון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מוצרי ניקיון מסומנים כצורך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38+85+110+120+45+32=430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כל הרצונות יחד עולים יותר מ-40 ₪ שנשארו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כך נכתב בהנחיות המשימה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החישוב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1. 123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2. 230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3. 70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4. 40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כל פריט לקטגוריה שלו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(צורך)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(רצון)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(צורך)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(רצון)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(צורך)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הקניה הנכונים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לבדוק כמה כסף יש בסך הכל לקניה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לבחור ולסמן את כל הצרכים ברשימה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לחשב כמה עלו כל הצרכים יחד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לבדוק כמה כסף נשאר אחרי הצרכים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להשאיר לפחות 30 ₪ לחיסכון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להחליט אילו רצונות אפשר להוסיף עם הכסף שנשאר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תלמיד יבחר פריט רצון במחיר עד 40 ₪ (למשל ממתקים, שתיה מתוקה, חטיפים או פרחים) ויסביר מדוע זו בחירה מתאימה בתוך התקציב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כדי לוודא שיש מספיק כסף לדברים החיוניים ולא להישאר בלי אוכל או מוצרים בסיסיים; כדי לנהל תקציב בצורה אחראית ולהשאיר כסף לחיסכון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התלמיד/ה מסביר שצורך הוא הכרחי ורצון הוא בחירה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40 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תשובה נכונה מהרשימה (למשל חלב=צורך, עוגה=רצון)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בדיון קצר: מה היה קורה אם היינו קונים קודם רצונות ולא צרכים?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לתרגל את החישובים על הלוח יחד לפני העבודה העצמאית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לוותר על פריטי ה-skip_n ולהתמקד בהבנת המושגים הבסיסיים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🛒 יוצאים לקניות – צרכנות נבונה בכל הרמות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קנייה לשבוע – 500 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במשימה הזו אתם אחראים על הקניה השבועית של המשפחה עם תקציב של 500 ₪. קודם קונים את כל הצרכים, ורק אם נשאר כסף אפשר להוסיף רצונות - וחשוב להשאיר לפחות 30 ₪ לחיסכון.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ההבדל העיקרי בין צורך לרצון?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צורך זול יותר מרצון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צורך הוא חובה ורצון הוא בחירה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רצון תמיד יותר חשוב מצורך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הבדל ביניהם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עולים כל הצרכים ברשימה יחד?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380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430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450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470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כמה כסף נשאר אחרי קניית כל הצרכים (500-430)?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50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60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70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80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כמה כסף אפשר להוציא על רצונות ועדיין להשאיר 30 ₪ לחיסכון?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30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40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50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70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היעד שהוגדר במשימה?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לקנות הכי הרבה רצונות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לקנות את כל הצרכים, לא לעבור 500 ולהשאיר 30 לחיסכון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להוציא בדיוק 500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לקנות רק דברים זולים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מוצרי ניקיון מוגדרים ברשימה כרצון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סכום כל הצרכים ברשימה הוא 430 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לקנות את כל חמשת הרצונות ולהישאר בתקציב עם חיסכון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חייבים לבחור קודם את כל הצרכים ורק אז לבדוק רצונות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החישוב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לחם ומאפים (38 ₪) + חלב וגבינות (85 ₪) = __________ 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ירקות ופירות (110 ₪) + עוף ודגים (120 ₪) = __________ 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500 ₪ פחות 430 ₪ (סכום הצרכים) = __________ 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70 ₪ שנשארו פחות 30 ₪ לחיסכון = __________ ₪ לרצונות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כל פריט לקטגוריה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לחם ומאפים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צורך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ממתקים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צורך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עוף ודגים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צורך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פרחים לשולחן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רצון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נייר טואלט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רצון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שלבי הקניה הנכונים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לבדוק כמה כסף נשאר אחרי הצרכים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לבדוק כמה כסף יש בסך הכל לקניה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לחשב כמה עלו כל הצרכים יחד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להשאיר לפחות 30 ₪ לחיסכון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לבחור ולסמן את כל הצרכים ברשימה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להחליט אילו רצונות אפשר להוסיף עם הכסף שנשאר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רצון אחד שהייתם מוסיפים לקניה עם ה-40 ₪ שנשארו, ונמקו את הבחירה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למה חשוב לקנות קודם צרכים ורק אחר כך לחשוב על רצונות? כתבו שתי סיבות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צורך לרצון?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כמה כסף אפשר להוציא על רצונות ועדיין להשאיר 30 ₪ לחיסכון?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לצורך ואחת לרצון מהרשימה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קנייה לשבוע – 500 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